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Poučenie o odstúpení od zmluvy a vzorový formulár</w:t>
      </w:r>
    </w:p>
    <w:p>
      <w:r>
        <w:rPr>
          <w:i w:val="0"/>
        </w:rPr>
        <w:t>StopPavukom.sk — Jakub Kopčík - StopPavukom</w:t>
      </w:r>
    </w:p>
    <w:p>
      <w:r>
        <w:rPr>
          <w:i w:val="0"/>
        </w:rPr>
      </w:r>
    </w:p>
    <w:p>
      <w:r>
        <w:rPr>
          <w:b/>
          <w:sz w:val="26"/>
        </w:rPr>
        <w:t>A. Vzorový formulár na odstúpenie od zmluvy</w:t>
      </w:r>
    </w:p>
    <w:p>
      <w:r>
        <w:rPr>
          <w:i/>
        </w:rPr>
        <w:t>(Vyplňte a zašlite tento formulár len vtedy, ak chcete odstúpiť od zmluvy uzavretej na diaľku.)</w:t>
      </w:r>
    </w:p>
    <w:p>
      <w:r>
        <w:rPr>
          <w:i w:val="0"/>
        </w:rPr>
      </w:r>
    </w:p>
    <w:p>
      <w:r>
        <w:rPr>
          <w:i w:val="0"/>
        </w:rPr>
        <w:t>Komu: Jakub Kopčík - StopPavukom, miesto podnikania Brodná 2545/4, 04001 Košice-Džungľa, IČO 57899681, e-mail: info@stoppavukom.sk, tel.: 0915362902</w:t>
      </w:r>
    </w:p>
    <w:p>
      <w:r>
        <w:rPr>
          <w:i w:val="0"/>
        </w:rPr>
      </w:r>
    </w:p>
    <w:p>
      <w:r>
        <w:rPr>
          <w:i w:val="0"/>
        </w:rPr>
        <w:t>Týmto oznamujem/oznamujeme*, že odstupujem/odstupujeme* od zmluvy o dodaní tohto tovaru: ........................................</w:t>
      </w:r>
    </w:p>
    <w:p>
      <w:r>
        <w:rPr>
          <w:i w:val="0"/>
        </w:rPr>
        <w:t>Dátum objednania / dátum prijatia*: ........................................</w:t>
      </w:r>
    </w:p>
    <w:p>
      <w:r>
        <w:rPr>
          <w:i w:val="0"/>
        </w:rPr>
        <w:t>Meno a priezvisko spotrebiteľa/spotrebiteľov*: ........................................</w:t>
      </w:r>
    </w:p>
    <w:p>
      <w:r>
        <w:rPr>
          <w:i w:val="0"/>
        </w:rPr>
        <w:t>Adresa spotrebiteľa/spotrebiteľov*: ........................................</w:t>
      </w:r>
    </w:p>
    <w:p>
      <w:r>
        <w:rPr>
          <w:i w:val="0"/>
        </w:rPr>
        <w:t>Podpis spotrebiteľa/spotrebiteľov* (ak sa formulár podáva v listinnej podobe): ........................................</w:t>
      </w:r>
    </w:p>
    <w:p>
      <w:r>
        <w:rPr>
          <w:i w:val="0"/>
        </w:rPr>
        <w:t>Dátum: ........................................</w:t>
      </w:r>
    </w:p>
    <w:p>
      <w:r>
        <w:rPr>
          <w:i/>
        </w:rPr>
        <w:t>* Nehodiace sa prečiarknite.</w:t>
      </w:r>
    </w:p>
    <w:p>
      <w:r>
        <w:rPr>
          <w:i w:val="0"/>
        </w:rPr>
      </w:r>
    </w:p>
    <w:p>
      <w:r>
        <w:rPr>
          <w:b/>
          <w:sz w:val="26"/>
        </w:rPr>
        <w:t>B. Poučenie o uplatnení práva spotrebiteľa na odstúpenie od zmluvy</w:t>
      </w:r>
    </w:p>
    <w:p>
      <w:r>
        <w:rPr>
          <w:i w:val="0"/>
        </w:rPr>
        <w:t>1. Právo na odstúpenie od zmluvy</w:t>
      </w:r>
    </w:p>
    <w:p>
      <w:r>
        <w:rPr>
          <w:i w:val="0"/>
        </w:rPr>
        <w:t>Máte právo odstúpiť od tejto zmluvy bez uvedenia dôvodu v lehote 14 dní.</w:t>
      </w:r>
    </w:p>
    <w:p>
      <w:r>
        <w:rPr>
          <w:i w:val="0"/>
        </w:rPr>
        <w:t>Lehota na odstúpenie od zmluvy uplynie po 14 dňoch odo dňa, keď Vy alebo Vami určená tretia osoba okrem dopravcu prevezmete tovar. Ak ste v jednej objednávke objednali viacero tovarov, ktoré sú dodávané oddelene, lehota uplynie po 14 dňoch odo dňa, keď prevezmete tovar dodaný ako posledný. Ak je tovar dodávaný v niekoľkých častiach, lehota uplynie po 14 dňoch odo dňa prevzatia poslednej časti tovaru.</w:t>
      </w:r>
    </w:p>
    <w:p>
      <w:r>
        <w:rPr>
          <w:i w:val="0"/>
        </w:rPr>
        <w:t>Pri uplatnení práva na odstúpenie od zmluvy nás informujte o svojom rozhodnutí jednoznačným vyhlásením (napríklad listom zaslaným poštou alebo e-mailom) na adrese: Jakub Kopčík - StopPavukom, Brodná 2545/4, 04001 Košice-Džungľa, e-mail: info@stoppavukom.sk, tel.: 0915362902. Môžete použiť vzorový formulár vyššie; jeho použitie nie je povinné.</w:t>
      </w:r>
    </w:p>
    <w:p>
      <w:r>
        <w:rPr>
          <w:i w:val="0"/>
        </w:rPr>
        <w:t>Odstúpenie môžete oznámiť e-mailom na info@stoppavukom.sk alebo písomne poštou na adresu miesta podnikania. Lehota je zachovaná, ak oznámenie odošlete pred uplynutím 14-dňovej lehoty.</w:t>
      </w:r>
    </w:p>
    <w:p>
      <w:r>
        <w:rPr>
          <w:i w:val="0"/>
        </w:rPr>
      </w:r>
    </w:p>
    <w:p>
      <w:r>
        <w:rPr>
          <w:i w:val="0"/>
        </w:rPr>
        <w:t>2. Dôsledky odstúpenia od zmluvy</w:t>
      </w:r>
    </w:p>
    <w:p>
      <w:r>
        <w:rPr>
          <w:i w:val="0"/>
        </w:rPr>
        <w:t>Po odstúpení od zmluvy Vám vrátime všetky platby, ktoré ste uhradili v súvislosti s uzavretím zmluvy, vrátane nákladov na doručenie tovaru k Vám. To sa nevzťahuje na dodatočné náklady, ak ste si zvolili iný druh doručenia, ako je najlacnejší bežný spôsob doručenia, ktorý ponúkame. Platby Vám budú vrátené najneskôr do 14 dní odo dňa, keď nám bude doručené Vaše oznámenie o odstúpení. Úhrada bude rovnakým spôsobom, aký ste použili pri platbe, ak ste výslovne nesúhlasili s iným spôsobom, a bez ďalších poplatkov.</w:t>
      </w:r>
    </w:p>
    <w:p>
      <w:r>
        <w:rPr>
          <w:i w:val="0"/>
        </w:rPr>
        <w:t>S vrátením platby môžeme čakať do vrátenia tovaru späť na našu adresu alebo do preukázania, že ste tovar odoslali späť, podľa toho, čo nastane skôr.</w:t>
      </w:r>
    </w:p>
    <w:p>
      <w:r>
        <w:rPr>
          <w:i w:val="0"/>
        </w:rPr>
        <w:t>Zašlite nám tovar späť alebo ho prineste na adresu Brodná 2545/4, 04001 Košice-Džungľa najneskôr do 14 dní odo dňa uplatnenia práva na odstúpenie od zmluvy. Lehota je zachovaná, ak tovar odošlete pred uplynutím tejto lehoty.</w:t>
      </w:r>
    </w:p>
    <w:p>
      <w:r>
        <w:rPr>
          <w:i w:val="0"/>
        </w:rPr>
        <w:t>Priame náklady na vrátenie tovaru znášate Vy.</w:t>
      </w:r>
    </w:p>
    <w:p>
      <w:r>
        <w:rPr>
          <w:i w:val="0"/>
        </w:rPr>
        <w:t>Zodpovedáte len za zníženie hodnoty tovaru v dôsledku zaobchádzania s ním iným spôsobom, aký je potrebný na zistenie povahy, vlastností a funkčnosti tovaru.</w:t>
      </w:r>
    </w:p>
    <w:p>
      <w:r>
        <w:rPr>
          <w:i w:val="0"/>
        </w:rPr>
      </w:r>
    </w:p>
    <w:p>
      <w:r>
        <w:rPr>
          <w:i w:val="0"/>
        </w:rPr>
        <w:t>Jakub Kopčík - StopPavukom · https://www.stoppavukom.sk · Účinnosť: 17. 9.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